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C66E45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GUÍA DE LECTURA SIN SPOILER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Nos han dado la tierra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Juan Rulfo · México · 1945   |   Real maravilhoso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Esta guía no anticipa los acontecimientos centrales del cuento. Su objetivo es ayudarte a leer con más atención.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Usa las preguntas como apoyo para observar el texto, no como una lista de respuestas cerradas.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La sección «Después de leer» se responde al terminar el cuento. No la leas antes: adelanta lo que solo tiene sentido después.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ANTES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Antes de empezar, fíjate en el título: alguien recibe algo de alguien. Anota lo que esperas encontrar; volverás a estas respuestas al final.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El título dice «Nos han dado la tierra». ¿Quién puede ser ese «nos» y quién ese «han dado»? Escribe dos hipótesis.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Recibir algo prometido no siempre significa recibir algo útil. ¿Recuerdas algún caso en que lo entregado valía menos de lo anunciado?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imaginas al leer la palabra «llano»? Describe en dos líneas el paisaje que se te viene a la cabeza.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Después de la Revolución mexicana, el Estado repartió tierras entre campesinos. ¿Qué esperarías de un reparto así? ¿Qué podría salir mal?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Vas a leer un texto en el que ocurre muy poco: cuatro hombres caminan. ¿Qué puede sostener la atención de quien lee cuando la acción es mínima?</w:t>
      </w: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DURANTE LA LECTURA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1. Los cuatro que quedan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relato empieza con un grupo que camina. Fíjate en cuántos son, cuántos eran y qué se dice de los que ya no están.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número que había al salir y el número que queda ahora;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nombres propios que aparecen y el que nunca se dice;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quién habla, quién calla y cuántas palabras dice cada uno;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gallina que uno de ellos lleva debajo del gabán;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llevaban antes —caballos, armas— y lo que llevan hoy.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¿Por qué crees que el grupo se fue reduciendo? ¿El texto lo explica o lo deja sin aclarar?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sabemos de cada uno de los cuatro? Ordénalos de quien más sabemos a quien menos.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efecto produce que hablen tan poco entre ellos?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2. El Llano sin agua ni sombra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paisaje ocupa más lugar que los hechos. Anota cada dato material del suelo, del aire y de la luz.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cosas que se enumeran para decir que no hay nada: sombra, árbol, semilla, raíz;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que describen la dureza y la sequedad del suelo;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animales que se nombran y los que se dice que faltan;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comparaciones del suelo con utensilios de cocina o con cuero de animal;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hora del día, el sol y la distancia que todavía falta.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¿Con qué recursos consigue el texto que sintamos el calor: adjetivos, comparaciones, ritmo? Da un ejemplo de cada uno que encuentres.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 Llano se describe sobre todo por lo que le falta. Haz la lista de esas faltas.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el texto se detiene tanto en el suelo y tan poco en lo que sienten los cuatro?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3. La nube y la gota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Hay un instante en que el cielo parece cambiar. Sigue ese momento con atención: dura muy poco.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nube que pasa por encima y hacia dónde se va;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dice uno de ellos sobre la posibilidad de lluvia;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adjetivos con que se describe la gota y la marca que deja en el suelo;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cuántas gotas caen en total;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reacción de los cuatro: si comentan, si callan, si siguen andando.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¿Cuánto ocupa este episodio dentro del relato? ¿Por qué crees que se le da esa extensión?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diferencia hay entre una tierra seca y una tierra que se traga el agua que cae sobre ella?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Si este episodio se quitara, ¿qué perdería el relato?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4. El delegado y los papeles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camino se interrumpe con un recuerdo: la conversación con la autoridad que entregó la tierra. Compara las dos maneras de hablar.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quién pide la palabra y quién la corta;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términos oficiales: delegado, latifundio, yuntas, Gobierno;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argumentos de los campesinos y la respuesta que reciben;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orden de presentar la queja por escrito;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papeles que quedan en la mano de los cuatro.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pide el grupo y qué recibe? Anota las dos cosas con palabras del texto.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 delegado usa términos de oficina; los campesinos, palabras de campo. ¿Qué gana el relato con ese choque?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la autoridad manda escribir la queja en lugar de escucharla?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91432C"/>
          <w:sz w:val="21"/>
        </w:rPr>
        <w:t>5. Cuando el Llano se acaba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último tramo cambia de dirección: se deja de avanzar por lo plano. Registra, sin adelantar conclusiones, lo que cambia en el suelo, en el aire y en los ruidos.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1432C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momento en que el terreno deja de ser plano;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se dice de la tierra a medida que bajan;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olores, los sonidos y los colores que aparecen;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si alguno de los árboles que se nombran ahora ya había sido nombrado antes en el relato;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91432C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hace Esteban con su gallina al llegar.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diferencia concreta hay entre el terreno de arriba y el de abajo? Usa datos del texto.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¿Por qué crees que el relato guarda ese cambio para el tramo final?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Vuelve al título: después de leer las últimas líneas, ¿qué significa «nos han dado la tierra»?</w:t>
      </w: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DESPUÉS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Cierra el texto, vuelve al título y relee lo que habías anotado antes de leer.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¿Se confirmó lo que esperabas del título? Explica qué lo modificó.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En este texto no ocurre ningún hecho sobrenatural. Aun así, ¿qué hay en el Llano y en el reparto de tierras que resulta desmesurado?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relación hay entre lo que dice el papel oficial y lo que hay en el suelo?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¿Por qué el grupo sigue caminando si ya sabe cómo es la tierra que le tocó?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Elige la frase que mejor resume el texto y defiéndela en tres líneas con datos del relato.</w:t>
      </w: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FICHA DE ACOMPAÑAMIENTO DE LECTURA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Completa durante o después de la lectura. Usa palabras clave, pequeñas anotaciones o impresiones propias.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5100"/>
        <w:gridCol w:w="5100"/>
      </w:tblGrid>
      <w:tr>
        <w:tc>
          <w:tcPr>
            <w:tcW w:type="dxa" w:w="38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Aspecto observado</w:t>
            </w:r>
          </w:p>
        </w:tc>
        <w:tc>
          <w:tcPr>
            <w:tcW w:type="dxa" w:w="64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Anotaciones</w:t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Los cuatro que quedan: nombres y datos de cada uno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el Llano no tiene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Palabras y comparaciones que describen el suelo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El episodio de la nube y la gota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Términos oficiales que usa el delegado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Argumentos de los campesinos ante la autoridad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cambia cuando el Llano se acaba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Duda o pregunta que quedó después de la lectura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No busques aquí un hecho sobrenatural: no lo hay, y su ausencia no deja este texto fuera del tema del semestre. Busca la desmesura de lo que sí existe —una llanura donde no vive nada y un documento oficial que la entrega como tierra de siembra—, porque eso es lo que tendrás que explicar.</w:t>
            </w:r>
          </w:p>
        </w:tc>
      </w:tr>
    </w:tbl>
    <w:p>
      <w:pPr>
        <w:spacing w:before="0" w:after="120" w:line="259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Juan Rulfo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Guía de lectura sin spoiler · Nos han dado la tierra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