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Lista de Exercícios: Gramática Contextualizada em Espanhol</w:t>
      </w:r>
    </w:p>
    <w:p>
      <w:pPr>
        <w:jc w:val="center"/>
      </w:pPr>
      <w:r>
        <w:rPr>
          <w:color w:val="5A5A5A"/>
          <w:sz w:val="24"/>
        </w:rPr>
        <w:t>Substantivos, artigos, pronomes e adjetivos</w:t>
      </w:r>
    </w:p>
    <w:p>
      <w:pPr>
        <w:jc w:val="center"/>
      </w:pPr>
      <w:r>
        <w:t>Atividades organizadas em progressão de dificuldade para aprendizes brasileiros de espanhol.</w:t>
      </w:r>
    </w:p>
    <w:p/>
    <w:p>
      <w:pPr>
        <w:pStyle w:val="Heading1"/>
      </w:pPr>
      <w:r>
        <w:rPr>
          <w:b/>
        </w:rPr>
        <w:t>Questão 1</w:t>
      </w:r>
    </w:p>
    <w:p>
      <w:r>
        <w:t>Complete as frases com a opção adequada: yo, tú, él, ella, nosotros, ellos, mi, tu, su.</w:t>
      </w:r>
    </w:p>
    <w:p>
      <w:pPr>
        <w:ind w:left="198"/>
      </w:pPr>
      <w:r>
        <w:t>a) ___ estudio español los lunes.</w:t>
      </w:r>
    </w:p>
    <w:p>
      <w:pPr>
        <w:ind w:left="198"/>
      </w:pPr>
      <w:r>
        <w:t>b) Ana vive en Bogotá. ___ es colombiana.</w:t>
      </w:r>
    </w:p>
    <w:p>
      <w:pPr>
        <w:ind w:left="198"/>
      </w:pPr>
      <w:r>
        <w:t>c) Pedro y Luis son amigos. ___ estudian juntos.</w:t>
      </w:r>
    </w:p>
    <w:p>
      <w:pPr>
        <w:ind w:left="198"/>
      </w:pPr>
      <w:r>
        <w:t>d) Este es ___ cuaderno; lo uso todos los días.</w:t>
      </w:r>
    </w:p>
    <w:p>
      <w:pPr>
        <w:ind w:left="198"/>
      </w:pPr>
      <w:r>
        <w:t>e) ¿___ hablas español en casa?</w:t>
      </w:r>
    </w:p>
    <w:p>
      <w:pPr>
        <w:pStyle w:val="Heading1"/>
      </w:pPr>
      <w:r>
        <w:rPr>
          <w:b/>
        </w:rPr>
        <w:t>Questão 2</w:t>
      </w:r>
    </w:p>
    <w:p>
      <w:r>
        <w:t>Complete as frases com a forma correta do adjetivo entre parênteses.</w:t>
      </w:r>
    </w:p>
    <w:p>
      <w:pPr>
        <w:ind w:left="198"/>
      </w:pPr>
      <w:r>
        <w:t>a) Las clases son muy __________. (interesante)</w:t>
      </w:r>
    </w:p>
    <w:p>
      <w:pPr>
        <w:ind w:left="198"/>
      </w:pPr>
      <w:r>
        <w:t>b) El libro es __________. (nuevo)</w:t>
      </w:r>
    </w:p>
    <w:p>
      <w:pPr>
        <w:ind w:left="198"/>
      </w:pPr>
      <w:r>
        <w:t>c) Las estudiantes son __________. (brasileño)</w:t>
      </w:r>
    </w:p>
    <w:p>
      <w:pPr>
        <w:ind w:left="198"/>
      </w:pPr>
      <w:r>
        <w:t>d) La ciudad es __________. (grande)</w:t>
      </w:r>
    </w:p>
    <w:p>
      <w:pPr>
        <w:ind w:left="198"/>
      </w:pPr>
      <w:r>
        <w:t>e) Los ejercicios son __________. (difícil)</w:t>
      </w:r>
    </w:p>
    <w:p>
      <w:pPr>
        <w:pStyle w:val="Heading1"/>
      </w:pPr>
      <w:r>
        <w:rPr>
          <w:b/>
        </w:rPr>
        <w:t>Questão 3</w:t>
      </w:r>
    </w:p>
    <w:p>
      <w:r>
        <w:t>As frases abaixo apresentam erros comuns cometidos por brasileiros aprendendo espanhol. Corrija os substantivos ou seus gêneros.</w:t>
      </w:r>
    </w:p>
    <w:p>
      <w:pPr>
        <w:ind w:left="198"/>
      </w:pPr>
      <w:r>
        <w:t>a) La problema es común.</w:t>
      </w:r>
    </w:p>
    <w:p>
      <w:pPr>
        <w:ind w:left="198"/>
      </w:pPr>
      <w:r>
        <w:t>b) El mano está fría.</w:t>
      </w:r>
    </w:p>
    <w:p>
      <w:pPr>
        <w:ind w:left="198"/>
      </w:pPr>
      <w:r>
        <w:t>c) La viaje fue largo.</w:t>
      </w:r>
    </w:p>
    <w:p>
      <w:pPr>
        <w:ind w:left="198"/>
      </w:pPr>
      <w:r>
        <w:t>d) El leche está caliente.</w:t>
      </w:r>
    </w:p>
    <w:p>
      <w:pPr>
        <w:ind w:left="198"/>
      </w:pPr>
      <w:r>
        <w:t>e) Una idioma extranjera es importante.</w:t>
      </w:r>
    </w:p>
    <w:p>
      <w:pPr>
        <w:pStyle w:val="Heading1"/>
      </w:pPr>
      <w:r>
        <w:rPr>
          <w:b/>
        </w:rPr>
        <w:t>Questão 4</w:t>
      </w:r>
    </w:p>
    <w:p>
      <w:r>
        <w:t>Corrija os artigos nas frases abaixo.</w:t>
      </w:r>
    </w:p>
    <w:p>
      <w:pPr>
        <w:ind w:left="198"/>
      </w:pPr>
      <w:r>
        <w:t>a) La mapa está en la pared.</w:t>
      </w:r>
    </w:p>
    <w:p>
      <w:pPr>
        <w:ind w:left="198"/>
      </w:pPr>
      <w:r>
        <w:t>b) El clase termina temprano.</w:t>
      </w:r>
    </w:p>
    <w:p>
      <w:pPr>
        <w:ind w:left="198"/>
      </w:pPr>
      <w:r>
        <w:t>c) Una problema apareció en el examen.</w:t>
      </w:r>
    </w:p>
    <w:p>
      <w:pPr>
        <w:ind w:left="198"/>
      </w:pPr>
      <w:r>
        <w:t>d) Las lápices están en la mesa.</w:t>
      </w:r>
    </w:p>
    <w:p>
      <w:pPr>
        <w:ind w:left="198"/>
      </w:pPr>
      <w:r>
        <w:t>e) El ciudad es bonita.</w:t>
      </w:r>
    </w:p>
    <w:p>
      <w:pPr>
        <w:pStyle w:val="Heading1"/>
      </w:pPr>
      <w:r>
        <w:rPr>
          <w:b/>
        </w:rPr>
        <w:t>Questão 5</w:t>
      </w:r>
    </w:p>
    <w:p>
      <w:r>
        <w:t>Corrija os pronomes ou as formas verbais relacionadas a eles.</w:t>
      </w:r>
    </w:p>
    <w:p>
      <w:pPr>
        <w:ind w:left="198"/>
      </w:pPr>
      <w:r>
        <w:t>a) María y Ana estudian mucho. Él son responsables.</w:t>
      </w:r>
    </w:p>
    <w:p>
      <w:pPr>
        <w:ind w:left="198"/>
      </w:pPr>
      <w:r>
        <w:t>b) Pedro habla conmigo. Tú es mi amigo.</w:t>
      </w:r>
    </w:p>
    <w:p>
      <w:pPr>
        <w:ind w:left="198"/>
      </w:pPr>
      <w:r>
        <w:t>c) Mi madre y yo vivimos en Brasil. Ellos somos brasileños.</w:t>
      </w:r>
    </w:p>
    <w:p>
      <w:pPr>
        <w:ind w:left="198"/>
      </w:pPr>
      <w:r>
        <w:t>d) ¿Usted quieres café?</w:t>
      </w:r>
    </w:p>
    <w:p>
      <w:pPr>
        <w:ind w:left="198"/>
      </w:pPr>
      <w:r>
        <w:t>e) Este libro es de mí hermana.</w:t>
      </w:r>
    </w:p>
    <w:p>
      <w:pPr>
        <w:pStyle w:val="Heading1"/>
      </w:pPr>
      <w:r>
        <w:rPr>
          <w:b/>
        </w:rPr>
        <w:t>Questão 6</w:t>
      </w:r>
    </w:p>
    <w:p>
      <w:r>
        <w:t>Corrija a concordância dos adjetivos nas frases abaixo.</w:t>
      </w:r>
    </w:p>
    <w:p>
      <w:pPr>
        <w:ind w:left="198"/>
      </w:pPr>
      <w:r>
        <w:t>a) Las profesoras son simpático.</w:t>
      </w:r>
    </w:p>
    <w:p>
      <w:pPr>
        <w:ind w:left="198"/>
      </w:pPr>
      <w:r>
        <w:t>b) El ejercicio es largas.</w:t>
      </w:r>
    </w:p>
    <w:p>
      <w:pPr>
        <w:ind w:left="198"/>
      </w:pPr>
      <w:r>
        <w:t>c) Los textos son interesante.</w:t>
      </w:r>
    </w:p>
    <w:p>
      <w:pPr>
        <w:ind w:left="198"/>
      </w:pPr>
      <w:r>
        <w:t>d) La ciudad es moderno.</w:t>
      </w:r>
    </w:p>
    <w:p>
      <w:pPr>
        <w:ind w:left="198"/>
      </w:pPr>
      <w:r>
        <w:t>e) Las palabras son nuevo.</w:t>
      </w:r>
    </w:p>
    <w:p>
      <w:pPr>
        <w:pStyle w:val="Heading1"/>
      </w:pPr>
      <w:r>
        <w:rPr>
          <w:b/>
        </w:rPr>
        <w:t>Questão 7</w:t>
      </w:r>
    </w:p>
    <w:p>
      <w:r>
        <w:t>Substitua os nomes destacados por pronomes pessoais adequados, reescrevendo a frase.</w:t>
      </w:r>
    </w:p>
    <w:p>
      <w:pPr>
        <w:ind w:left="198"/>
      </w:pPr>
      <w:r>
        <w:t>a) Carlos vive en Perú.</w:t>
      </w:r>
    </w:p>
    <w:p>
      <w:pPr>
        <w:ind w:left="198"/>
      </w:pPr>
      <w:r>
        <w:t>b) Marta y Lucía estudian español.</w:t>
      </w:r>
    </w:p>
    <w:p>
      <w:pPr>
        <w:ind w:left="198"/>
      </w:pPr>
      <w:r>
        <w:t>c) Pablo y yo somos brasileños.</w:t>
      </w:r>
    </w:p>
    <w:p>
      <w:pPr>
        <w:ind w:left="198"/>
      </w:pPr>
      <w:r>
        <w:t>d) La profesora explica la lección.</w:t>
      </w:r>
    </w:p>
    <w:p>
      <w:pPr>
        <w:ind w:left="198"/>
      </w:pPr>
      <w:r>
        <w:t>e) Tú y Ana habláis mucho.</w:t>
      </w:r>
    </w:p>
    <w:p>
      <w:pPr>
        <w:pStyle w:val="Heading1"/>
      </w:pPr>
      <w:r>
        <w:rPr>
          <w:b/>
        </w:rPr>
        <w:t>Questão 8</w:t>
      </w:r>
    </w:p>
    <w:p>
      <w:r>
        <w:t>Ordene as palavras para formar frases corretas em espanhol.</w:t>
      </w:r>
    </w:p>
    <w:p>
      <w:pPr>
        <w:ind w:left="198"/>
      </w:pPr>
      <w:r>
        <w:t>a) estudiantes / son / las / brasileñas</w:t>
      </w:r>
    </w:p>
    <w:p>
      <w:pPr>
        <w:ind w:left="198"/>
      </w:pPr>
      <w:r>
        <w:t>b) libro / nuevo / el / interesante / es</w:t>
      </w:r>
    </w:p>
    <w:p>
      <w:pPr>
        <w:ind w:left="198"/>
      </w:pPr>
      <w:r>
        <w:t>c) ejercicios / difíciles / los / parecen</w:t>
      </w:r>
    </w:p>
    <w:p>
      <w:pPr>
        <w:ind w:left="198"/>
      </w:pPr>
      <w:r>
        <w:t>d) ciudad / grande / una / es</w:t>
      </w:r>
    </w:p>
    <w:p>
      <w:pPr>
        <w:ind w:left="198"/>
      </w:pPr>
      <w:r>
        <w:t>e) profesora / simpática / la / es</w:t>
      </w:r>
    </w:p>
    <w:p>
      <w:pPr>
        <w:pStyle w:val="Heading1"/>
      </w:pPr>
      <w:r>
        <w:rPr>
          <w:b/>
        </w:rPr>
        <w:t>Questão 9</w:t>
      </w:r>
    </w:p>
    <w:p>
      <w:r>
        <w:t>Escolha a forma correta e justifique sua resposta. Observe que algumas palavras têm gênero diferente do português.</w:t>
      </w:r>
    </w:p>
    <w:p>
      <w:pPr>
        <w:ind w:left="198"/>
      </w:pPr>
      <w:r>
        <w:t>a) el problema / la problema</w:t>
      </w:r>
    </w:p>
    <w:p>
      <w:pPr>
        <w:ind w:left="198"/>
      </w:pPr>
      <w:r>
        <w:t>b) el viaje / la viaje</w:t>
      </w:r>
    </w:p>
    <w:p>
      <w:pPr>
        <w:ind w:left="198"/>
      </w:pPr>
      <w:r>
        <w:t>c) el mano / la mano</w:t>
      </w:r>
    </w:p>
    <w:p>
      <w:pPr>
        <w:ind w:left="198"/>
      </w:pPr>
      <w:r>
        <w:t>d) el leche / la leche</w:t>
      </w:r>
    </w:p>
    <w:p>
      <w:pPr>
        <w:ind w:left="198"/>
      </w:pPr>
      <w:r>
        <w:t>e) el idioma / la idioma</w:t>
      </w:r>
    </w:p>
    <w:p>
      <w:pPr>
        <w:pStyle w:val="Heading1"/>
      </w:pPr>
      <w:r>
        <w:rPr>
          <w:b/>
        </w:rPr>
        <w:t>Questão 10</w:t>
      </w:r>
    </w:p>
    <w:p>
      <w:r>
        <w:t>Complete o texto com substantivos adequados.</w:t>
      </w:r>
    </w:p>
    <w:p>
      <w:pPr>
        <w:spacing w:before="40" w:after="160"/>
        <w:ind w:left="283" w:right="227"/>
        <w:shd w:fill="F3F6FA"/>
      </w:pPr>
      <w:r>
        <w:rPr>
          <w:i/>
        </w:rPr>
        <w:t>En mi primera __________ de español, la profesora habló sobre la importancia del __________. Después, hicimos un __________ sobre países hispanohablantes y comentamos un __________ a Argentina.</w:t>
      </w:r>
    </w:p>
    <w:p>
      <w:pPr>
        <w:pStyle w:val="Heading1"/>
      </w:pPr>
      <w:r>
        <w:rPr>
          <w:b/>
        </w:rPr>
        <w:t>Questão 11</w:t>
      </w:r>
    </w:p>
    <w:p>
      <w:r>
        <w:t>Complete o texto com artigos definidos ou indefinidos.</w:t>
      </w:r>
    </w:p>
    <w:p>
      <w:pPr>
        <w:spacing w:before="40" w:after="160"/>
        <w:ind w:left="283" w:right="227"/>
        <w:shd w:fill="F3F6FA"/>
      </w:pPr>
      <w:r>
        <w:rPr>
          <w:i/>
        </w:rPr>
        <w:t>___ español es ___ lengua muy importante en América Latina. En ___ clase, usamos ___ libro, ___ cuaderno y ___ diccionario.</w:t>
      </w:r>
    </w:p>
    <w:p>
      <w:pPr>
        <w:pStyle w:val="Heading1"/>
      </w:pPr>
      <w:r>
        <w:rPr>
          <w:b/>
        </w:rPr>
        <w:t>Questão 12</w:t>
      </w:r>
    </w:p>
    <w:p>
      <w:r>
        <w:t>Complete o texto com pronomes adequados.</w:t>
      </w:r>
    </w:p>
    <w:p>
      <w:pPr>
        <w:spacing w:before="40" w:after="160"/>
        <w:ind w:left="283" w:right="227"/>
        <w:shd w:fill="F3F6FA"/>
      </w:pPr>
      <w:r>
        <w:rPr>
          <w:i/>
        </w:rPr>
        <w:t>___ me llamo Rafael y estudio español con Ana. ___ es muy organizada. A veces, ___ estudiamos juntos porque ___ queremos viajar a Chile.</w:t>
      </w:r>
    </w:p>
    <w:p>
      <w:pPr>
        <w:pStyle w:val="Heading1"/>
      </w:pPr>
      <w:r>
        <w:rPr>
          <w:b/>
        </w:rPr>
        <w:t>Questão 13</w:t>
      </w:r>
    </w:p>
    <w:p>
      <w:r>
        <w:t>Complete o texto com adjetivos adequados.</w:t>
      </w:r>
    </w:p>
    <w:p>
      <w:pPr>
        <w:spacing w:before="40" w:after="160"/>
        <w:ind w:left="283" w:right="227"/>
        <w:shd w:fill="F3F6FA"/>
      </w:pPr>
      <w:r>
        <w:rPr>
          <w:i/>
        </w:rPr>
        <w:t>Mi profesora de español es muy __________. Sus clases son __________ y los textos son __________. A veces estudiamos palabras __________ para los brasileños.</w:t>
      </w:r>
    </w:p>
    <w:p>
      <w:pPr>
        <w:pStyle w:val="Heading1"/>
      </w:pPr>
      <w:r>
        <w:rPr>
          <w:b/>
        </w:rPr>
        <w:t>Questão 14</w:t>
      </w:r>
    </w:p>
    <w:p>
      <w:r>
        <w:t>O texto abaixo foi escrito por um estudante brasileiro de espanhol e apresenta erros de substantivos, artigos, pronomes e adjetivos. Encontre os erros e corrija-os.</w:t>
      </w:r>
    </w:p>
    <w:p>
      <w:pPr>
        <w:spacing w:before="40" w:after="160"/>
        <w:ind w:left="283" w:right="227"/>
        <w:shd w:fill="F3F6FA"/>
      </w:pPr>
      <w:r>
        <w:rPr>
          <w:i/>
        </w:rPr>
        <w:t>La español es una idioma muy interesante.</w:t>
      </w:r>
    </w:p>
    <w:p>
      <w:pPr>
        <w:spacing w:before="40" w:after="160"/>
        <w:ind w:left="283" w:right="227"/>
        <w:shd w:fill="F3F6FA"/>
      </w:pPr>
      <w:r>
        <w:rPr>
          <w:i/>
        </w:rPr>
        <w:t>En el clase, yo estudio con mis amigos brasileño.</w:t>
      </w:r>
    </w:p>
    <w:p>
      <w:pPr>
        <w:spacing w:before="40" w:after="160"/>
        <w:ind w:left="283" w:right="227"/>
        <w:shd w:fill="F3F6FA"/>
      </w:pPr>
      <w:r>
        <w:rPr>
          <w:i/>
        </w:rPr>
        <w:t>La professora explica los contenidos con ejemplos claros.</w:t>
      </w:r>
    </w:p>
    <w:p>
      <w:pPr>
        <w:spacing w:before="40" w:after="160"/>
        <w:ind w:left="283" w:right="227"/>
        <w:shd w:fill="F3F6FA"/>
      </w:pPr>
      <w:r>
        <w:rPr>
          <w:i/>
        </w:rPr>
        <w:t>A veces, nosotros tenemos una problema con las palabras nuevo.</w:t>
      </w:r>
    </w:p>
    <w:p>
      <w:pPr>
        <w:spacing w:before="40" w:after="160"/>
        <w:ind w:left="283" w:right="227"/>
        <w:shd w:fill="F3F6FA"/>
      </w:pPr>
      <w:r>
        <w:rPr>
          <w:i/>
        </w:rPr>
        <w:t>Mi compañera Ana vive en Chile y él habla muy bien español.</w:t>
      </w:r>
    </w:p>
    <w:p>
      <w:pPr>
        <w:spacing w:before="40" w:after="160"/>
        <w:ind w:left="283" w:right="227"/>
        <w:shd w:fill="F3F6FA"/>
      </w:pPr>
      <w:r>
        <w:rPr>
          <w:i/>
        </w:rPr>
        <w:t>Los ejercicios son difícil, pero la profesora es paciente.</w:t>
      </w:r>
    </w:p>
    <w:p>
      <w:pPr>
        <w:spacing w:before="40" w:after="160"/>
        <w:ind w:left="283" w:right="227"/>
        <w:shd w:fill="F3F6FA"/>
      </w:pPr>
      <w:r>
        <w:rPr>
          <w:i/>
        </w:rPr>
        <w:t>El viaje a Argentina fue una experiencia bonita.</w:t>
      </w:r>
    </w:p>
    <w:p>
      <w:pPr>
        <w:spacing w:before="40" w:after="160"/>
        <w:ind w:left="283" w:right="227"/>
        <w:shd w:fill="F3F6FA"/>
      </w:pPr>
      <w:r>
        <w:rPr>
          <w:i/>
        </w:rPr>
        <w:t>En la mochila tengo el lápices, una cuaderno y la carpeta.</w:t>
      </w:r>
    </w:p>
    <w:p>
      <w:pPr>
        <w:spacing w:before="40" w:after="160"/>
        <w:ind w:left="283" w:right="227"/>
        <w:shd w:fill="F3F6FA"/>
      </w:pPr>
      <w:r>
        <w:rPr>
          <w:i/>
        </w:rPr>
        <w:t>Me gusta mucho las culturas latinoamericanas.</w:t>
      </w:r>
    </w:p>
    <w:p>
      <w:pPr>
        <w:spacing w:before="40" w:after="160"/>
        <w:ind w:left="283" w:right="227"/>
        <w:shd w:fill="F3F6FA"/>
      </w:pPr>
      <w:r>
        <w:rPr>
          <w:i/>
        </w:rPr>
        <w:t>Ellos estudiamos juntos todos los lunes.</w:t>
      </w:r>
    </w:p>
    <w:p>
      <w:pPr>
        <w:pStyle w:val="Heading1"/>
      </w:pPr>
      <w:r>
        <w:rPr>
          <w:b/>
        </w:rPr>
        <w:t>Questão 15</w:t>
      </w:r>
    </w:p>
    <w:p>
      <w:r>
        <w:t>Leia o texto abaixo e marque todos os erros gramaticais relacionados a artigos, pronomes, substantivos e adjetivos. Depois, reescreva apenas as formas incorretas de maneira correta.</w:t>
      </w:r>
    </w:p>
    <w:p>
      <w:pPr>
        <w:spacing w:before="40" w:after="160"/>
        <w:ind w:left="283" w:right="227"/>
        <w:shd w:fill="F3F6FA"/>
      </w:pPr>
      <w:r>
        <w:rPr>
          <w:i/>
        </w:rPr>
        <w:t>En mi escuela hay un profesora de español muy simpático.</w:t>
      </w:r>
    </w:p>
    <w:p>
      <w:pPr>
        <w:spacing w:before="40" w:after="160"/>
        <w:ind w:left="283" w:right="227"/>
        <w:shd w:fill="F3F6FA"/>
      </w:pPr>
      <w:r>
        <w:rPr>
          <w:i/>
        </w:rPr>
        <w:t>Ella organiza actividades sobre países hispanohablante.</w:t>
      </w:r>
    </w:p>
    <w:p>
      <w:pPr>
        <w:spacing w:before="40" w:after="160"/>
        <w:ind w:left="283" w:right="227"/>
        <w:shd w:fill="F3F6FA"/>
      </w:pPr>
      <w:r>
        <w:rPr>
          <w:i/>
        </w:rPr>
        <w:t>Los alumno brasileños participan con mucho interés.</w:t>
      </w:r>
    </w:p>
    <w:p>
      <w:pPr>
        <w:spacing w:before="40" w:after="160"/>
        <w:ind w:left="283" w:right="227"/>
        <w:shd w:fill="F3F6FA"/>
      </w:pPr>
      <w:r>
        <w:rPr>
          <w:i/>
        </w:rPr>
        <w:t>En una actividad, nosotros leímos el texto sobre la México.</w:t>
      </w:r>
    </w:p>
    <w:p>
      <w:pPr>
        <w:spacing w:before="40" w:after="160"/>
        <w:ind w:left="283" w:right="227"/>
        <w:shd w:fill="F3F6FA"/>
      </w:pPr>
      <w:r>
        <w:rPr>
          <w:i/>
        </w:rPr>
        <w:t>Después, cada grupo presentó una ciudad famoso.</w:t>
      </w:r>
    </w:p>
    <w:p>
      <w:pPr>
        <w:spacing w:before="40" w:after="160"/>
        <w:ind w:left="283" w:right="227"/>
        <w:shd w:fill="F3F6FA"/>
      </w:pPr>
      <w:r>
        <w:rPr>
          <w:i/>
        </w:rPr>
        <w:t>Mi grupo habló de Bogotá y sus lugares turístico.</w:t>
      </w:r>
    </w:p>
    <w:p>
      <w:pPr>
        <w:spacing w:before="40" w:after="160"/>
        <w:ind w:left="283" w:right="227"/>
        <w:shd w:fill="F3F6FA"/>
      </w:pPr>
      <w:r>
        <w:rPr>
          <w:i/>
        </w:rPr>
        <w:t>También vimos unas vídeo sobre comidas típicas.</w:t>
      </w:r>
    </w:p>
    <w:p>
      <w:pPr>
        <w:spacing w:before="40" w:after="160"/>
        <w:ind w:left="283" w:right="227"/>
        <w:shd w:fill="F3F6FA"/>
      </w:pPr>
      <w:r>
        <w:rPr>
          <w:i/>
        </w:rPr>
        <w:t>Para mí, el clase fue muy interesante.</w:t>
      </w:r>
    </w:p>
    <w:p>
      <w:pPr>
        <w:spacing w:before="40" w:after="160"/>
        <w:ind w:left="283" w:right="227"/>
        <w:shd w:fill="F3F6FA"/>
      </w:pPr>
      <w:r>
        <w:rPr>
          <w:i/>
        </w:rPr>
        <w:t>Mis amigos dijeron que ellos quiere estudiar más.</w:t>
      </w:r>
    </w:p>
    <w:p>
      <w:pPr>
        <w:spacing w:before="40" w:after="160"/>
        <w:ind w:left="283" w:right="227"/>
        <w:shd w:fill="F3F6FA"/>
      </w:pPr>
      <w:r>
        <w:rPr>
          <w:i/>
        </w:rPr>
        <w:t>Yo creo que la español abre muchas oportunidades.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304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464"/>
        <w:sz w:val="18"/>
      </w:rPr>
      <w:t xml:space="preserve">Página </w:t>
    </w:r>
    <w:r>
      <w:rPr>
        <w:color w:val="646464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2" w:color="D9E2F3"/>
      </w:pBdr>
    </w:pPr>
    <w:r>
      <w:rPr>
        <w:color w:val="646464"/>
        <w:sz w:val="18"/>
      </w:rPr>
      <w:t>Gramática contextualizada em espanhol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0508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205081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